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תשלום ועודף עם שטרות ומטבעות עד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כולל של כמה פריטים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ולהחליט בשיקול דעת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שטר של 20 ₪, שטר של 10 ₪ ומטבע של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24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צורך הכרחי, רצון רוצים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כמה צירופים שנותנים 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להכפיל: 5 כפול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קנייה אימפולסיבית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(סכום כסף שיש להוציא על קניות)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(הכסף שמחזירים כשמשלמים יותר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(נייר כסף כמו 20 ₪ או 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ממתכת כמו 1 ₪ או 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(דבר שרוצים אבל אפשר בלעדיו)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השלבים: רגע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לרגע ולא לקנות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אני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אם יש לי מספיק כסף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לקנות עכשיו או לחכות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מוצר ב-40 ₪ ומוצר ב-35 ₪, סך הכל 75 ₪, עודף 25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עם לפחות 4 פריטים, סימון ברור צורך/רצון והסבר קצר לכל 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32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אוכל מול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מחשבה על הצורך האמיתי ועל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שטרות ומטבעות מדומים ולתרגל בפועל את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הכפל לדוגמאות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אפשר לבקש מהתלמידים לשתף איך הם מחליטים בין צורך לרצון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לקנות בחנות עם 100 ₪. נחשב כמה עודף מקבלים, נכפיל מספרים כדי לדעת מחיר של כמה פריטים, ונבדוק אם צריך באמת לקנות משהו.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כסף, למשל 20 ₪ או 50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ממתכת, למשל 1 ₪ או 5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כשמשלמים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הכולל שיש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מחיר של כמה פריטים זהים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אימפולסיבית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פתאומית בלי לחשוב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משלמים 50 ₪ על מוצר שעולה 23 ₪. כמה כסף מחזירים?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שטרות ומטבעות יחד שווים 35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של 20 ₪, שטר של 10 ₪ ומטבע של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 של 50 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שטרות של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שטר של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4 חבילות, כל אחת 6 ₪. כמה זה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דבר שחייבים לדבר שרק רוצים?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הכרחי, רצון רוצים אבל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אפשר לוותר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יש 100 ₪, קונים ב-45 ₪ וב-30 ₪.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אותו סכום בשתי דרכים שונות של שטרות ומטבעות.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לדעת מחיר של 5 חבילות שוקולד ב-4 ₪, צריך לחסר 5 פחות 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מתוך דחף פתאומי בלי לחשוב נקראת קנייה אימפולסיבית.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משלמים עם שטר של 100 ₪ על מוצר ב-70 ₪, מקבלים עודף של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לחשב מחיר של כמה פריטים זהים, מכפילים כמות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הכרחי לחיים, כמו אוכל,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שרוצים אבל אפשר לחיות בלעדיו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קונים 3 עטים ב-7 ₪ כל אחד, המחיר הכולל הוא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הכרחי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שרוצים אבל אפשר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ממתכת כמו 1 ₪ או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נייר כסף כמו 20 ₪ או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כסף שיש להוציא על קניות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הכסף שמחזירים כשמשלמים יותר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השלבים: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עצמי אם אני באמת צריך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לי מספיק כסף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לקנות עכשיו או לחכות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לרגע ולא לקנות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קנייה של שני מוצרים בתקציב 100 ₪, וכתבו כמה עודף 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רשימת קניות ליום שוק כיתתי, סמנו איזה פריטים הם צורך ואיזה רצון,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כשמשלמים 50 ₪ על מוצר ב-18 ₪, כמה עודף מקבלים?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צורך ולמוצר שהוא רצון.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לעצור לרגע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עם שטרות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