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עם שטרות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תשלום ועודף עם שטרות ומטבעות עד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כולל של כמה פריטים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ולהחליט בשיקול דעת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24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כמה צירופים שנותנים אותו 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(סכום כסף שיש להוציא על קניות)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(נייר כסף כמו 20 ₪ או 50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(דבר הכרחי לחיים)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השלבים: רגע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לרגע ולא לקנות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עצמי אם אני באמת צריך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אם לקנות עכשיו או לחכות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מוצר ב-40 ₪ ומוצר ב-35 ₪, סך הכל 75 ₪, עודף 25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32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אוכל מול צעצוע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מחשבה על הצורך האמיתי ועל 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שטרות ומטבעות מדומים ולתרגל בפועל את התשלום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הכפל לדוגמאות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הכיתתי אפשר לבקש מהתלמידים לשתף איך הם מחליטים בין צורך לרצון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קונים עם שטרות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קניות עם תקציב של 100 ₪: נחשב עודף, נבדוק שתי דרכים לשלם אותו סכום, נכפיל כמות במחיר, ונחשוב אם מוצר הוא צורך או רצון.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צורך  ·  30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קונים מוצר ב-23 ₪ ומשלמים עם שטר של 50 ₪. כמה עודף מקבלים?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קונים 4 חבילות עוגיות ב-6 ₪ לחבילה. כמה משלמים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לשלם אותו סכום בשתי דרכים שונות של שטרות ומטבעות.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 הוא הכסף שמקבלים בחזרה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משלמים עם שטר של 100 ₪ על מוצר ב-70 ₪, מקבלים עודף של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דבר הכרחי לחיים, כמו אוכל,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נייר כסף כמו 20 ₪ או 50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הכרחי לחיים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סכום כסף שיש להוציא על קניות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השלבים: רגע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את עצמי אם אני באמת צריך את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להחליט אם לקנות עכשיו או לחכות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לעצור לרגע ולא לקנות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קנייה של שני מוצרים בתקציב 100 ₪, וכתבו כמה עודף תקבלו.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כשמשלמים 50 ₪ על מוצר ב-18 ₪, כמה עודף מקבלים?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למוצר שהוא צורך ולמוצר שהוא רצון.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קונים עם שטרות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